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 xml:space="preserve">Către: </w:t>
      </w:r>
      <w:r>
        <w:rPr>
          <w:b/>
        </w:rPr>
        <w:t>CORPUL NAȚIONAL AL POLIȚIȘTILOR</w:t>
      </w:r>
      <w:r>
        <w:rPr>
          <w:b w:val="0"/>
        </w:rPr>
      </w:r>
    </w:p>
    <w:p>
      <w:pPr>
        <w:spacing w:after="600"/>
      </w:pPr>
      <w:r>
        <w:rPr>
          <w:b w:val="0"/>
        </w:rPr>
        <w:t>E-mail: cnp@cnpromania.ro</w:t>
      </w:r>
    </w:p>
    <w:p>
      <w:pPr>
        <w:spacing w:after="0"/>
        <w:jc w:val="center"/>
      </w:pPr>
      <w:r>
        <w:rPr>
          <w:b/>
          <w:sz w:val="28"/>
        </w:rPr>
        <w:t>CERERE</w:t>
      </w:r>
    </w:p>
    <w:p>
      <w:pPr>
        <w:spacing w:after="480"/>
        <w:jc w:val="center"/>
      </w:pPr>
      <w:r>
        <w:rPr>
          <w:b/>
        </w:rPr>
        <w:t>de retragere din Corpul Național al Polițiștilor</w:t>
      </w:r>
    </w:p>
    <w:p>
      <w:pPr>
        <w:tabs>
          <w:tab w:pos="9298" w:val="right" w:leader="dot"/>
        </w:tabs>
        <w:spacing w:after="80"/>
      </w:pPr>
      <w:r>
        <w:t xml:space="preserve">Subsemnatul/Subsemnata (nume și prenume): </w:t>
        <w:tab/>
      </w:r>
    </w:p>
    <w:p>
      <w:pPr>
        <w:tabs>
          <w:tab w:pos="9298" w:val="right" w:leader="dot"/>
        </w:tabs>
        <w:spacing w:after="80"/>
      </w:pPr>
      <w:r>
        <w:t xml:space="preserve">Cod numeric personal: </w:t>
        <w:tab/>
      </w:r>
    </w:p>
    <w:p>
      <w:pPr>
        <w:tabs>
          <w:tab w:pos="9298" w:val="right" w:leader="dot"/>
        </w:tabs>
        <w:spacing w:after="80"/>
      </w:pPr>
      <w:r>
        <w:t xml:space="preserve">Grad profesional: </w:t>
        <w:tab/>
      </w:r>
    </w:p>
    <w:p>
      <w:pPr>
        <w:tabs>
          <w:tab w:pos="9298" w:val="right" w:leader="dot"/>
        </w:tabs>
        <w:spacing w:after="80"/>
      </w:pPr>
      <w:r>
        <w:t xml:space="preserve">Funcția: </w:t>
        <w:tab/>
      </w:r>
    </w:p>
    <w:p>
      <w:pPr>
        <w:tabs>
          <w:tab w:pos="9298" w:val="right" w:leader="dot"/>
        </w:tabs>
        <w:spacing w:after="80"/>
      </w:pPr>
      <w:r>
        <w:t xml:space="preserve">Unitatea (structura) în care lucrez: </w:t>
        <w:tab/>
      </w:r>
    </w:p>
    <w:p>
      <w:pPr>
        <w:tabs>
          <w:tab w:pos="9298" w:val="right" w:leader="dot"/>
        </w:tabs>
        <w:spacing w:after="80"/>
      </w:pPr>
      <w:r>
        <w:t xml:space="preserve">Telefon: </w:t>
        <w:tab/>
      </w:r>
    </w:p>
    <w:p>
      <w:pPr>
        <w:tabs>
          <w:tab w:pos="9298" w:val="right" w:leader="dot"/>
        </w:tabs>
        <w:spacing w:after="80"/>
      </w:pPr>
      <w:r>
        <w:t xml:space="preserve">E-mail: </w:t>
        <w:tab/>
      </w:r>
    </w:p>
    <w:p>
      <w:pPr>
        <w:spacing w:after="120"/>
      </w:pPr>
      <w:r>
        <w:rPr>
          <w:b w:val="0"/>
        </w:rPr>
      </w:r>
    </w:p>
    <w:p>
      <w:pPr>
        <w:spacing w:after="200"/>
        <w:ind w:firstLine="709"/>
        <w:jc w:val="both"/>
      </w:pPr>
      <w:r>
        <w:rPr>
          <w:b w:val="0"/>
        </w:rPr>
        <w:t xml:space="preserve">Prin prezenta </w:t>
      </w:r>
      <w:r>
        <w:rPr>
          <w:b/>
        </w:rPr>
        <w:t>îmi exprim voința de a mă retrage din Corpul Național al Polițiștilor</w:t>
      </w:r>
      <w:r>
        <w:rPr>
          <w:b w:val="0"/>
        </w:rPr>
        <w:t>, începând cu data înregistrării prezentei cereri, și vă solicit să operați retragerea în evidențele C.N.P.</w:t>
      </w:r>
    </w:p>
    <w:p>
      <w:pPr>
        <w:spacing w:after="200"/>
        <w:ind w:firstLine="709"/>
        <w:jc w:val="both"/>
      </w:pPr>
      <w:r>
        <w:rPr>
          <w:b w:val="0"/>
        </w:rPr>
        <w:t xml:space="preserve">Totodată, </w:t>
      </w:r>
      <w:r>
        <w:rPr>
          <w:b/>
        </w:rPr>
        <w:t>îmi retrag acordul pentru reținerea cotizației către C.N.P.</w:t>
      </w:r>
      <w:r>
        <w:rPr>
          <w:b w:val="0"/>
        </w:rPr>
        <w:t xml:space="preserve"> din drepturile mele salariale. În aceeași zi am transmis și structurii financiare a unității în care lucrez cererea de încetare a reținerii.</w:t>
      </w:r>
    </w:p>
    <w:p>
      <w:pPr>
        <w:spacing w:after="0"/>
        <w:ind w:firstLine="709"/>
        <w:jc w:val="both"/>
      </w:pPr>
      <w:r>
        <w:rPr>
          <w:b w:val="0"/>
        </w:rPr>
        <w:t>Vă rog să îmi comunicați numărul de înregistrare al cererii și confirmarea retragerii, la adresa de e-mail de mai sus.</w:t>
      </w:r>
    </w:p>
    <w:p>
      <w:pPr>
        <w:spacing w:after="360"/>
      </w:pPr>
      <w:r>
        <w:rPr>
          <w:b w:val="0"/>
        </w:rPr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t>Data: ..............................</w:t>
            </w:r>
          </w:p>
        </w:tc>
        <w:tc>
          <w:tcPr>
            <w:tcW w:type="dxa" w:w="4677"/>
          </w:tcPr>
          <w:p>
            <w:pPr>
              <w:jc w:val="right"/>
            </w:pPr>
            <w:r>
              <w:t>Semnătura: ..............................</w:t>
            </w:r>
          </w:p>
        </w:tc>
      </w:tr>
    </w:tbl>
    <w:p>
      <w:r>
        <w:br w:type="page"/>
      </w:r>
    </w:p>
    <w:p>
      <w:pPr>
        <w:spacing w:after="0"/>
      </w:pPr>
      <w:r>
        <w:rPr>
          <w:b w:val="0"/>
        </w:rPr>
        <w:t xml:space="preserve">Către: </w:t>
      </w:r>
      <w:r>
        <w:rPr>
          <w:b/>
        </w:rPr>
        <w:t>................................................</w:t>
      </w:r>
      <w:r>
        <w:rPr>
          <w:b w:val="0"/>
        </w:rPr>
      </w:r>
    </w:p>
    <w:p>
      <w:pPr>
        <w:spacing w:after="0"/>
      </w:pPr>
      <w:r>
        <w:rPr>
          <w:b w:val="0"/>
        </w:rPr>
      </w:r>
      <w:r>
        <w:rPr>
          <w:b/>
        </w:rPr>
        <w:t>Structura financiară</w:t>
      </w:r>
      <w:r>
        <w:rPr>
          <w:b w:val="0"/>
        </w:rPr>
      </w:r>
    </w:p>
    <w:p>
      <w:pPr>
        <w:spacing w:after="600"/>
      </w:pPr>
      <w:r>
        <w:rPr>
          <w:b w:val="0"/>
        </w:rPr>
        <w:t>E-mail: ................................................</w:t>
      </w:r>
    </w:p>
    <w:p>
      <w:pPr>
        <w:spacing w:after="0"/>
        <w:jc w:val="center"/>
      </w:pPr>
      <w:r>
        <w:rPr>
          <w:b/>
          <w:sz w:val="28"/>
        </w:rPr>
        <w:t>CERERE</w:t>
      </w:r>
    </w:p>
    <w:p>
      <w:pPr>
        <w:spacing w:after="480"/>
        <w:jc w:val="center"/>
      </w:pPr>
      <w:r>
        <w:rPr>
          <w:b/>
        </w:rPr>
        <w:t>de încetare a reținerii cotizației către Corpul Național al Polițiștilor</w:t>
      </w:r>
    </w:p>
    <w:p>
      <w:pPr>
        <w:tabs>
          <w:tab w:pos="9298" w:val="right" w:leader="dot"/>
        </w:tabs>
        <w:spacing w:after="80"/>
      </w:pPr>
      <w:r>
        <w:t xml:space="preserve">Subsemnatul/Subsemnata (nume și prenume): </w:t>
        <w:tab/>
      </w:r>
    </w:p>
    <w:p>
      <w:pPr>
        <w:tabs>
          <w:tab w:pos="9298" w:val="right" w:leader="dot"/>
        </w:tabs>
        <w:spacing w:after="80"/>
      </w:pPr>
      <w:r>
        <w:t xml:space="preserve">Cod numeric personal: </w:t>
        <w:tab/>
      </w:r>
    </w:p>
    <w:p>
      <w:pPr>
        <w:tabs>
          <w:tab w:pos="9298" w:val="right" w:leader="dot"/>
        </w:tabs>
        <w:spacing w:after="80"/>
      </w:pPr>
      <w:r>
        <w:t xml:space="preserve">Grad profesional: </w:t>
        <w:tab/>
      </w:r>
    </w:p>
    <w:p>
      <w:pPr>
        <w:tabs>
          <w:tab w:pos="9298" w:val="right" w:leader="dot"/>
        </w:tabs>
        <w:spacing w:after="80"/>
      </w:pPr>
      <w:r>
        <w:t xml:space="preserve">Funcția: </w:t>
        <w:tab/>
      </w:r>
    </w:p>
    <w:p>
      <w:pPr>
        <w:tabs>
          <w:tab w:pos="9298" w:val="right" w:leader="dot"/>
        </w:tabs>
        <w:spacing w:after="80"/>
      </w:pPr>
      <w:r>
        <w:t xml:space="preserve">Unitatea (structura) în care lucrez: </w:t>
        <w:tab/>
      </w:r>
    </w:p>
    <w:p>
      <w:pPr>
        <w:tabs>
          <w:tab w:pos="9298" w:val="right" w:leader="dot"/>
        </w:tabs>
        <w:spacing w:after="80"/>
      </w:pPr>
      <w:r>
        <w:t xml:space="preserve">Telefon: </w:t>
        <w:tab/>
      </w:r>
    </w:p>
    <w:p>
      <w:pPr>
        <w:tabs>
          <w:tab w:pos="9298" w:val="right" w:leader="dot"/>
        </w:tabs>
        <w:spacing w:after="80"/>
      </w:pPr>
      <w:r>
        <w:t xml:space="preserve">E-mail: </w:t>
        <w:tab/>
      </w:r>
    </w:p>
    <w:p>
      <w:pPr>
        <w:spacing w:after="120"/>
      </w:pPr>
      <w:r>
        <w:rPr>
          <w:b w:val="0"/>
        </w:rPr>
      </w:r>
    </w:p>
    <w:p>
      <w:pPr>
        <w:spacing w:after="200"/>
        <w:ind w:firstLine="709"/>
        <w:jc w:val="both"/>
      </w:pPr>
      <w:r>
        <w:rPr>
          <w:b w:val="0"/>
        </w:rPr>
        <w:t xml:space="preserve">Vă solicit </w:t>
      </w:r>
      <w:r>
        <w:rPr>
          <w:b/>
        </w:rPr>
        <w:t>să încetați reținerea din salariul meu a cotizației în favoarea Corpului Național al Polițiștilor</w:t>
      </w:r>
      <w:r>
        <w:rPr>
          <w:b w:val="0"/>
        </w:rPr>
        <w:t xml:space="preserve">, începând cu data înregistrării prezentei cereri, </w:t>
      </w:r>
      <w:r>
        <w:rPr>
          <w:b/>
        </w:rPr>
        <w:t>întrucât nu aveți acordul meu</w:t>
      </w:r>
      <w:r>
        <w:rPr>
          <w:b w:val="0"/>
        </w:rPr>
        <w:t>, al titularului salariului, pentru această reținere.</w:t>
      </w:r>
    </w:p>
    <w:p>
      <w:pPr>
        <w:spacing w:after="200"/>
        <w:ind w:firstLine="709"/>
        <w:jc w:val="both"/>
      </w:pPr>
      <w:r>
        <w:rPr>
          <w:b w:val="0"/>
        </w:rPr>
        <w:t xml:space="preserve">Vă aduc la cunoștință că </w:t>
      </w:r>
      <w:r>
        <w:rPr>
          <w:b/>
        </w:rPr>
        <w:t>salariul îmi aparține</w:t>
      </w:r>
      <w:r>
        <w:rPr>
          <w:b w:val="0"/>
        </w:rPr>
        <w:t xml:space="preserve"> și că </w:t>
      </w:r>
      <w:r>
        <w:rPr>
          <w:b/>
        </w:rPr>
        <w:t>orice reținere făcută împotriva voinței mele</w:t>
      </w:r>
      <w:r>
        <w:rPr>
          <w:b w:val="0"/>
        </w:rPr>
        <w:t xml:space="preserve">, ca titular al salariului, </w:t>
      </w:r>
      <w:r>
        <w:rPr>
          <w:b/>
        </w:rPr>
        <w:t>poate fi considerată infracțiune</w:t>
      </w:r>
      <w:r>
        <w:rPr>
          <w:b w:val="0"/>
        </w:rPr>
        <w:t>.</w:t>
      </w:r>
    </w:p>
    <w:p>
      <w:pPr>
        <w:spacing w:after="0"/>
        <w:ind w:firstLine="709"/>
        <w:jc w:val="both"/>
      </w:pPr>
      <w:r>
        <w:rPr>
          <w:b w:val="0"/>
        </w:rPr>
        <w:t>Vă rog să îmi comunicați numărul de înregistrare al cererii.</w:t>
      </w:r>
    </w:p>
    <w:p>
      <w:pPr>
        <w:spacing w:after="360"/>
      </w:pPr>
      <w:r>
        <w:rPr>
          <w:b w:val="0"/>
        </w:rPr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t>Data: ..............................</w:t>
            </w:r>
          </w:p>
        </w:tc>
        <w:tc>
          <w:tcPr>
            <w:tcW w:type="dxa" w:w="4677"/>
          </w:tcPr>
          <w:p>
            <w:pPr>
              <w:jc w:val="right"/>
            </w:pPr>
            <w:r>
              <w:t>Semnătura: 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